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8" w:space="0" w:color="1F3A4D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160"/>
            </w:pPr>
            <w:r>
              <w:drawing>
                <wp:inline xmlns:a="http://schemas.openxmlformats.org/drawingml/2006/main" xmlns:pic="http://schemas.openxmlformats.org/drawingml/2006/picture">
                  <wp:extent cx="2391236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ma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36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0"/>
          </w:tcPr>
          <w:p>
            <w:pPr>
              <w:spacing w:before="22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79479" cy="43891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pa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79" cy="4389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/>
        <w:pBdr>
          <w:bottom w:val="single" w:sz="10" w:space="5" w:color="1F3A4D"/>
        </w:pBdr>
      </w:pPr>
      <w:r>
        <w:rPr>
          <w:b w:val="0"/>
          <w:i w:val="0"/>
          <w:color w:val="555555"/>
          <w:sz w:val="19"/>
        </w:rPr>
        <w:t>6-1366 Aster Street, Pemberton, BC   |   Phone 778-887-4664   |   coastmountainaccounting.com</w:t>
      </w:r>
    </w:p>
    <w:p>
      <w:pPr>
        <w:spacing w:before="280"/>
      </w:pPr>
      <w:r>
        <w:rPr>
          <w:b/>
          <w:i w:val="0"/>
          <w:color w:val="1F3A4D"/>
          <w:sz w:val="36"/>
        </w:rPr>
        <w:t>Personal Tax Questionnaire</w:t>
      </w:r>
    </w:p>
    <w:p>
      <w:pPr>
        <w:spacing w:before="80"/>
      </w:pPr>
      <w:r>
        <w:rPr>
          <w:b w:val="0"/>
          <w:i w:val="0"/>
          <w:sz w:val="19"/>
        </w:rPr>
        <w:t>Please complete the fields below (click a field and type, or choose from the drop-down lists), save the file, and email it back to us. Fields marked with * are required on our online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2F6F9"/>
            <w:tcMar>
              <w:left w:w="140" w:type="dxa"/>
              <w:right w:w="140" w:type="dxa"/>
            </w:tcMar>
          </w:tcPr>
          <w:p>
            <w:pPr>
              <w:spacing w:before="100"/>
            </w:pPr>
            <w:r>
              <w:rPr>
                <w:b/>
                <w:i w:val="0"/>
                <w:color w:val="1F3A4D"/>
                <w:sz w:val="19"/>
              </w:rPr>
              <w:t>How to return this form</w:t>
            </w:r>
          </w:p>
          <w:p>
            <w:pPr>
              <w:spacing w:after="100"/>
            </w:pPr>
            <w:r>
              <w:rPr>
                <w:b w:val="0"/>
                <w:i w:val="0"/>
                <w:sz w:val="19"/>
              </w:rPr>
              <w:t>Please email the completed form to info@coastmountainaccounting.com. Questions? Call 778-887-4664.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Tax Year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1"/>
                <w:alias w:val="Tax Year"/>
                <w:tag w:val="q01_tax_year"/>
                <w:dropDownList>
                  <w:listItem w:displayText="2026" w:value="2026"/>
                  <w:listItem w:displayText="2025" w:value="2025"/>
                  <w:listItem w:displayText="2024" w:value="2024"/>
                  <w:listItem w:displayText="2023" w:value="2023"/>
                  <w:listItem w:displayText="Earlier...it's a long story!" w:value="Earlier...it's a long story!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2026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First Name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2"/>
                <w:alias w:val="First Name"/>
                <w:tag w:val="q02_first_nam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Last Name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3"/>
                <w:alias w:val="Last Name"/>
                <w:tag w:val="q03_last_nam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Date of Birth (mm/dd/yyyy)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4"/>
                <w:alias w:val="Date of Birth (mm/dd/yyyy)"/>
                <w:tag w:val="q04_date_of_birth_mm_dd_yyyy"/>
                <w:showingPlcHdr/>
                <w:date>
                  <w:dateFormat w:val="MM/dd/yyyy"/>
                  <w:lid w:val="en-CA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to choose a date (mm/dd/yyyy)</w:t>
                </w:r>
              </w:sdtContent>
            </w:sdt>
          </w:p>
          <w:p>
            <w:pPr>
              <w:spacing w:after="40"/>
            </w:pPr>
            <w:r>
              <w:rPr>
                <w:b w:val="0"/>
                <w:i w:val="0"/>
                <w:color w:val="555555"/>
                <w:sz w:val="15"/>
              </w:rPr>
              <w:t>For your security, please do not enter your Social Insurance Number here. You can provide it through TaxFolder or by phone at 778-887-4664.</w:t>
            </w:r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Street Address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5"/>
                <w:alias w:val="Street Address"/>
                <w:tag w:val="q05_street_addres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Mailing Address (if different)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6"/>
                <w:alias w:val="Mailing Address (if different)"/>
                <w:tag w:val="q06_mailing_address_if_different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City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7"/>
                <w:alias w:val="City"/>
                <w:tag w:val="q07_cit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Province/Territory or State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8"/>
                <w:alias w:val="Province/Territory or State"/>
                <w:tag w:val="q08_province_territory_or_state"/>
                <w:dropDownList>
                  <w:listItem w:displayText="British Columbia" w:value="British Columbia"/>
                  <w:listItem w:displayText="Northwest Territories" w:value="Northwest Territories"/>
                  <w:listItem w:displayText="Delaware" w:value="Delaware"/>
                  <w:listItem w:displayText="Nunavut" w:value="Nunavut"/>
                  <w:listItem w:displayText="Ontario" w:value="Ontario"/>
                  <w:listItem w:displayText="Prince Edward Island" w:value="Prince Edward Island"/>
                  <w:listItem w:displayText="Quebec" w:value="Quebec"/>
                  <w:listItem w:displayText="Saskatchewan" w:value="Saskatchewan"/>
                  <w:listItem w:displayText="Yukon" w:value="Yukon"/>
                  <w:listItem w:displayText="Nova Scotia" w:value="Nova Scotia"/>
                  <w:listItem w:displayText="Alberta" w:value="Alberta"/>
                  <w:listItem w:displayText="Manitoba" w:value="Manitoba"/>
                  <w:listItem w:displayText="New Brunswick" w:value="New Brunswick"/>
                  <w:listItem w:displayText="Newfoundland and Labrador" w:value="Newfoundland and Labrador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British Columbia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Postal Code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9"/>
                <w:alias w:val="Postal Code"/>
                <w:tag w:val="q09_postal_cod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Phone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0"/>
                <w:alias w:val="Phone"/>
                <w:tag w:val="q10_phon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Email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1"/>
                <w:alias w:val="Email"/>
                <w:tag w:val="q11_emai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Are you registered for CRA My Account?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2"/>
                <w:alias w:val="Are you registered for CRA My Account?"/>
                <w:tag w:val="q12_are_you_registered_for_cra_my_account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Are you filing an income tax return with the CRA for the first time?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3"/>
                <w:alias w:val="Are you filing an income tax return with the CRA for the first time?"/>
                <w:tag w:val="q13_are_you_filing_an_income_tax_return_with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Marital Status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4"/>
                <w:alias w:val="Marital Status"/>
                <w:tag w:val="q14_marital_status"/>
                <w:showingPlcHdr/>
                <w:dropDownList>
                  <w:listItem w:displayText="Choose an item." w:value=""/>
                  <w:listItem w:displayText="Single" w:value="Single"/>
                  <w:listItem w:displayText="Common-Law" w:value="Common-Law"/>
                  <w:listItem w:displayText="Married" w:value="Married"/>
                  <w:listItem w:displayText="Widowed" w:value="Widowed"/>
                  <w:listItem w:displayText="Separated" w:value="Separated"/>
                  <w:listItem w:displayText="Divorced" w:value="Divorced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Did your marital status change in the tax year?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5"/>
                <w:alias w:val="Did your marital status change in the tax year?"/>
                <w:tag w:val="q15_did_your_marital_status_change_in_the_ta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Partners First Name (if applicable)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6"/>
                <w:alias w:val="Partners First Name (if applicable)"/>
                <w:tag w:val="q16_partners_first_name_if_applicabl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Partners Date of Birth (mm/dd/yyyy) (if applicable)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7"/>
                <w:alias w:val="Partners Date of Birth (mm/dd/yyyy) (if applicable)"/>
                <w:tag w:val="q17_partners_date_of_birth_mm_dd_yyyy_if_app"/>
                <w:showingPlcHdr/>
                <w:date>
                  <w:dateFormat w:val="MM/dd/yyyy"/>
                  <w:lid w:val="en-CA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to choose a date (mm/dd/yyyy)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Number of dependants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8"/>
                <w:alias w:val="Number of dependants"/>
                <w:tag w:val="q18_number_of_dependants"/>
                <w:showingPlcHdr/>
                <w:dropDownList>
                  <w:listItem w:displayText="Choose an item." w:value=""/>
                  <w:listItem w:displayText="None" w:value="None"/>
                  <w:listItem w:displayText="One" w:value="One"/>
                  <w:listItem w:displayText="Two" w:value="Two"/>
                  <w:listItem w:displayText="Three" w:value="Three"/>
                  <w:listItem w:displayText="Four" w:value="Four"/>
                  <w:listItem w:displayText="Five" w:value="Five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Are you a Canadian Citizen?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9"/>
                <w:alias w:val="Are you a Canadian Citizen?"/>
                <w:tag w:val="q19_are_you_a_canadian_citizen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Did you become a resident of Canada in the tax year?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0"/>
                <w:alias w:val="Did you become a resident of Canada in the tax year?"/>
                <w:tag w:val="q20_did_you_become_a_resident_of_canada_in_t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If yes, what date did you enter Canada? (mm/dd/yyyy)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1"/>
                <w:alias w:val="If yes, what date did you enter Canada? (mm/dd/yyyy)"/>
                <w:tag w:val="q21_if_yes_what_date_did_you_enter_canada_mm"/>
                <w:showingPlcHdr/>
                <w:date>
                  <w:dateFormat w:val="MM/dd/yyyy"/>
                  <w:lid w:val="en-CA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to choose a date (mm/dd/yyyy)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Which Province/Territory did you live in on 31-Dec of the tax year?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2"/>
                <w:alias w:val="Which Province/Territory did you live in on 31-Dec of the tax year?"/>
                <w:tag w:val="q22_which_province_territory_did_you_live_in"/>
                <w:dropDownList>
                  <w:listItem w:displayText="British Columbia" w:value="British Columbia"/>
                  <w:listItem w:displayText="Northwest Territories" w:value="Northwest Territories"/>
                  <w:listItem w:displayText="Delaware" w:value="Delaware"/>
                  <w:listItem w:displayText="Nunavut" w:value="Nunavut"/>
                  <w:listItem w:displayText="Ontario" w:value="Ontario"/>
                  <w:listItem w:displayText="Prince Edward Island" w:value="Prince Edward Island"/>
                  <w:listItem w:displayText="Quebec" w:value="Quebec"/>
                  <w:listItem w:displayText="Saskatchewan" w:value="Saskatchewan"/>
                  <w:listItem w:displayText="Yukon" w:value="Yukon"/>
                  <w:listItem w:displayText="Nova Scotia" w:value="Nova Scotia"/>
                  <w:listItem w:displayText="Alberta" w:value="Alberta"/>
                  <w:listItem w:displayText="Manitoba" w:value="Manitoba"/>
                  <w:listItem w:displayText="New Brunswick" w:value="New Brunswick"/>
                  <w:listItem w:displayText="Newfoundland and Labrador" w:value="Newfoundland and Labrador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British Columbia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If you moved provinces, what date did you move?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3"/>
                <w:alias w:val="If you moved provinces, what date did you move?"/>
                <w:tag w:val="q23_if_you_moved_provinces_what_date_did_you"/>
                <w:showingPlcHdr/>
                <w:date>
                  <w:dateFormat w:val="MM/dd/yyyy"/>
                  <w:lid w:val="en-CA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to choose a date (mm/dd/yyyy)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Are you disabled?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4"/>
                <w:alias w:val="Are you disabled?"/>
                <w:tag w:val="q24_are_you_disabled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Did you own or hold specified foreign property (any foreign assets) at any time with a total cost of more than CAN$100,000?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5"/>
                <w:alias w:val="Did you own or hold specified foreign property (any foreign assets) at any time with a total cost of more than CAN$100,000?"/>
                <w:tag w:val="q25_did_you_own_or_hold_specified_foreign_pr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Did you dispose of a property (or properties) in the year for which you are claiming a principal residence exemption?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6"/>
                <w:alias w:val="Did you dispose of a property (or properties) in the year for which you are claiming a principal residence exemption?"/>
                <w:tag w:val="q26_did_you_dispose_of_a_property_or_propert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Did you dispose of a housing unit (including a rental property, or rights to purchase a property) in the tax year?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7"/>
                <w:alias w:val="Did you dispose of a housing unit (including a rental property, or rights to purchase a property) in the tax year?"/>
                <w:tag w:val="q27_did_you_dispose_of_a_housing_unit_includ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Self-Employed: Have you entered into an agreement with Service Canada to participate in the EI program for access to EI special benefits?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8"/>
                <w:alias w:val="Self-Employed: Have you entered into an agreement with Service Canada to participate in the EI program for access to EI special benefits?"/>
                <w:tag w:val="q28_self_employed_have_you_entered_into_an_a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FHSA: Did you open a FHSA in the tax year?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5860"/>
            </w:pPr>
            <w:sdt>
              <w:sdtPr>
                <w:id w:val="1029"/>
                <w:alias w:val="FHSA: Did you open a FHSA in the tax year?"/>
                <w:tag w:val="q29_fhsa_did_you_open_a_fhsa_in_the_tax_year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Additional Details / Message</w:t>
            </w:r>
          </w:p>
          <w:p>
            <w:pPr>
              <w:spacing w:after="40"/>
            </w:pPr>
            <w:r>
              <w:rPr>
                <w:b w:val="0"/>
                <w:i/>
                <w:color w:val="555555"/>
                <w:sz w:val="17"/>
              </w:rPr>
              <w:t>Is there anything that changed since last year, such as a new job, marriage, a new baby, a sale of property, or a move?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10080"/>
            </w:tblGrid>
            <w:tr>
              <w:trPr>
                <w:trHeight w:val="2200" w:hRule="atLeast"/>
              </w:trPr>
              <w:tc>
                <w:tcPr>
                  <w:tcW w:type="dxa" w:w="10080"/>
                  <w:shd w:val="clear" w:color="auto" w:fill="F2F6F9"/>
                  <w:tcMar>
                    <w:top w:w="80" w:type="dxa"/>
                    <w:left w:w="100" w:type="dxa"/>
                    <w:right w:w="100" w:type="dxa"/>
                  </w:tcMar>
                </w:tcPr>
                <w:p>
                  <w:sdt>
                    <w:sdtPr>
                      <w:id w:val="1030"/>
                      <w:alias w:val="Additional Details / Message"/>
                      <w:tag w:val="q30_additional_details_message"/>
                      <w:showingPlcHdr/>
                      <w:text w:multiLine="1"/>
                    </w:sdtPr>
                    <w:sdtContent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Click here and type</w:t>
                      </w:r>
                    </w:sdtContent>
                  </w:sdt>
                </w:p>
              </w:tc>
            </w:tr>
          </w:tbl>
          <w:p/>
          <w:p>
            <w:pPr>
              <w:spacing w:after="0"/>
            </w:pPr>
          </w:p>
        </w:tc>
      </w:tr>
    </w:tbl>
    <w:p>
      <w:pPr>
        <w:spacing w:before="100"/>
      </w:pPr>
      <w:r>
        <w:rPr>
          <w:b w:val="0"/>
          <w:i w:val="0"/>
          <w:color w:val="555555"/>
          <w:sz w:val="17"/>
        </w:rPr>
        <w:t>Your information is kept confidential and used only to prepare your return.</w:t>
      </w:r>
    </w:p>
    <w:p>
      <w:pPr>
        <w:spacing w:before="280"/>
        <w:pBdr>
          <w:top w:val="single" w:sz="4" w:space="6" w:color="9AA5AE"/>
        </w:pBdr>
      </w:pPr>
      <w:r>
        <w:rPr>
          <w:b/>
          <w:i w:val="0"/>
          <w:color w:val="1F3A4D"/>
          <w:sz w:val="19"/>
        </w:rPr>
        <w:t>When finished, save this file and email it to info@coastmountainaccounting.com.</w:t>
      </w:r>
    </w:p>
    <w:p>
      <w:pPr>
        <w:spacing w:before="40"/>
      </w:pPr>
      <w:r>
        <w:rPr>
          <w:b w:val="0"/>
          <w:i w:val="0"/>
          <w:color w:val="555555"/>
          <w:sz w:val="18"/>
        </w:rPr>
        <w:t>Please do not include your SIN. Provide it through TaxFolder or call us at 778-887-4664.</w:t>
      </w:r>
    </w:p>
    <w:sectPr w:rsidR="00FC693F" w:rsidRPr="0006063C" w:rsidSect="00034616">
      <w:footerReference w:type="default" r:id="rId11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jc w:val="left"/>
    </w:pPr>
    <w:r>
      <w:rPr>
        <w:b w:val="0"/>
        <w:i w:val="0"/>
        <w:color w:val="555555"/>
        <w:sz w:val="16"/>
      </w:rPr>
      <w:t>Coast Mountain Accounting  |  Pemberton, BC  |  778-887-4664  |  coastmountainaccounting.com</w:t>
      <w:tab/>
      <w:t xml:space="preserve">Page </w:t>
    </w:r>
    <w:r>
      <w:rPr>
        <w:color w:val="555555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Tax Questionnaire - Coast Mountain Accounting</dc:title>
  <dc:subject/>
  <dc:creator>Coast Mountain Accounting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