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New Business Onboarding Questionnaire</w:t>
      </w:r>
    </w:p>
    <w:p>
      <w:pPr>
        <w:spacing w:before="80"/>
      </w:pPr>
      <w:r>
        <w:rPr>
          <w:b w:val="0"/>
          <w:i w:val="0"/>
          <w:sz w:val="19"/>
        </w:rPr>
        <w:t>Please complete the fields below (click a field and type, or choose from the drop-down lists), save the file, and email it back to us. Fields marked with * are required on our online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2F6F9"/>
            <w:tcMar>
              <w:left w:w="140" w:type="dxa"/>
              <w:right w:w="140" w:type="dxa"/>
            </w:tcMar>
          </w:tcPr>
          <w:p>
            <w:pPr>
              <w:spacing w:before="100"/>
            </w:pPr>
            <w:r>
              <w:rPr>
                <w:b/>
                <w:i w:val="0"/>
                <w:color w:val="1F3A4D"/>
                <w:sz w:val="19"/>
              </w:rPr>
              <w:t>How to return this form</w:t>
            </w:r>
          </w:p>
          <w:p>
            <w:pPr>
              <w:spacing w:after="100"/>
            </w:pPr>
            <w:r>
              <w:rPr>
                <w:b w:val="0"/>
                <w:i w:val="0"/>
                <w:sz w:val="19"/>
              </w:rPr>
              <w:t>Please email the completed form to info@coastmountainaccounting.com. Questions? Call 778-887-4664.</w:t>
            </w:r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A Bit About Your Business...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Business 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1"/>
                <w:alias w:val="Business Name"/>
                <w:tag w:val="q01_business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Client 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2"/>
                <w:alias w:val="Client Name"/>
                <w:tag w:val="q02_client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Street Address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3"/>
                <w:alias w:val="Street Address"/>
                <w:tag w:val="q03_street_addres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City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4"/>
                <w:alias w:val="City"/>
                <w:tag w:val="q04_cit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Province/Territory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5"/>
                <w:alias w:val="Province/Territory"/>
                <w:tag w:val="q05_province_territory"/>
                <w:dropDownList>
                  <w:listItem w:displayText="British Columbia" w:value="British Columbia"/>
                  <w:listItem w:displayText="Alberta" w:value="Alberta"/>
                  <w:listItem w:displayText="Saskatchewan" w:value="Saskatchewan"/>
                  <w:listItem w:displayText="Manitoba" w:value="Manitoba"/>
                  <w:listItem w:displayText="Ontario" w:value="Ontario"/>
                  <w:listItem w:displayText="Quebec" w:value="Quebec"/>
                  <w:listItem w:displayText="New Brunswick" w:value="New Brunswick"/>
                  <w:listItem w:displayText="Nova Scotia" w:value="Nova Scotia"/>
                  <w:listItem w:displayText="Prince Edward Island" w:value="Prince Edward Island"/>
                  <w:listItem w:displayText="Newfoundland and Labrador" w:value="Newfoundland and Labrador"/>
                  <w:listItem w:displayText="Yukon" w:value="Yukon"/>
                  <w:listItem w:displayText="Northwest Territories" w:value="Northwest Territories"/>
                  <w:listItem w:displayText="Nunavut" w:value="Nunavut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British Columbia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Postal Code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6"/>
                <w:alias w:val="Postal Code"/>
                <w:tag w:val="q06_postal_cod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Mailing Address (if different)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7"/>
                <w:alias w:val="Mailing Address (if different)"/>
                <w:tag w:val="q07_mailing_address_if_different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Phone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8"/>
                <w:alias w:val="Phone"/>
                <w:tag w:val="q08_phon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Email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9"/>
                <w:alias w:val="Email"/>
                <w:tag w:val="q09_emai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Business Industry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0"/>
                <w:alias w:val="Business Industry"/>
                <w:tag w:val="q10_business_industr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Business Structure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1"/>
                <w:alias w:val="Business Structure"/>
                <w:tag w:val="q11_business_structure"/>
                <w:showingPlcHdr/>
                <w:dropDownList>
                  <w:listItem w:displayText="Choose an item." w:value=""/>
                  <w:listItem w:displayText="Sole Proprietorship" w:value="Sole Proprietorship"/>
                  <w:listItem w:displayText="Partnership" w:value="Partnership"/>
                  <w:listItem w:displayText="Incorporated" w:value="Incorporated"/>
                  <w:listItem w:displayText="Non-profit" w:value="Non-profit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Fiscal Year Period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2"/>
                <w:alias w:val="Fiscal Year Period"/>
                <w:tag w:val="q12_fiscal_year_period"/>
                <w:showingPlcHdr/>
                <w:dropDownList>
                  <w:listItem w:displayText="Choose an item." w:value=""/>
                  <w:listItem w:displayText="January-December" w:value="January-December"/>
                  <w:listItem w:displayText="February-January" w:value="February-January"/>
                  <w:listItem w:displayText="March-February" w:value="March-February"/>
                  <w:listItem w:displayText="April-March" w:value="April-March"/>
                  <w:listItem w:displayText="May-April" w:value="May-April"/>
                  <w:listItem w:displayText="June-May" w:value="June-May"/>
                  <w:listItem w:displayText="July-June" w:value="July-June"/>
                  <w:listItem w:displayText="August-July" w:value="August-July"/>
                  <w:listItem w:displayText="September-August" w:value="September-August"/>
                  <w:listItem w:displayText="October-September" w:value="October-September"/>
                  <w:listItem w:displayText="November-October" w:value="November-October"/>
                  <w:listItem w:displayText="December-November" w:value="December-November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What was the last tax year filed?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3"/>
                <w:alias w:val="What was the last tax year filed?"/>
                <w:tag w:val="q13_what_was_the_last_tax_year_filed"/>
                <w:showingPlcHdr/>
                <w:dropDownList>
                  <w:listItem w:displayText="Choose an item." w:value=""/>
                  <w:listItem w:displayText="First Year" w:value="First Year"/>
                  <w:listItem w:displayText="Never Filed" w:value="Never Filed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GST Registered?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4"/>
                <w:alias w:val="GST Registered?"/>
                <w:tag w:val="q14_gst_registered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PST Registered?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5"/>
                <w:alias w:val="PST Registered?"/>
                <w:tag w:val="q15_pst_registered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Which software package are you using?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6"/>
                <w:alias w:val="Which software package are you using?"/>
                <w:tag w:val="q16_which_software_package_are_you_using"/>
                <w:showingPlcHdr/>
                <w:dropDownList>
                  <w:listItem w:displayText="Choose an item." w:value=""/>
                  <w:listItem w:displayText="QuickBooks Online" w:value="QuickBooks Online"/>
                  <w:listItem w:displayText="Xero" w:value="Xero"/>
                  <w:listItem w:displayText="Other" w:value="Other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If other, please specify.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7"/>
                <w:alias w:val="If other, please specify."/>
                <w:tag w:val="q17_if_other_please_specif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Annual sales turnover (approx)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8"/>
                <w:alias w:val="Annual sales turnover (approx)"/>
                <w:tag w:val="q18_annual_sales_turnover_approx"/>
                <w:showingPlcHdr/>
                <w:dropDownList>
                  <w:listItem w:displayText="Choose an item." w:value=""/>
                  <w:listItem w:displayText="0-50,000" w:value="0-50,000"/>
                  <w:listItem w:displayText="51,000-100,000" w:value="51,000-100,000"/>
                  <w:listItem w:displayText="101,000-250,000" w:value="101,000-250,000"/>
                  <w:listItem w:displayText="250,000 +" w:value="250,000 +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How do you prepare your invoices?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9"/>
                <w:alias w:val="How do you prepare your invoices?"/>
                <w:tag w:val="q19_how_do_you_prepare_your_invoice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What business accounts do you have?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spacing w:before="40"/>
            </w:pPr>
            <w:sdt>
              <w:sdtPr>
                <w:id w:val="1020"/>
                <w:alias w:val="Chequing"/>
                <w:tag w:val="q20_what_business_accounts_do_you_have__chequing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Chequing</w:t>
            </w:r>
          </w:p>
          <w:p>
            <w:pPr>
              <w:spacing w:before="40"/>
            </w:pPr>
            <w:sdt>
              <w:sdtPr>
                <w:id w:val="1021"/>
                <w:alias w:val="Savings"/>
                <w:tag w:val="q20_what_business_accounts_do_you_have__saving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Savings</w:t>
            </w:r>
          </w:p>
          <w:p>
            <w:pPr>
              <w:spacing w:before="40"/>
            </w:pPr>
            <w:sdt>
              <w:sdtPr>
                <w:id w:val="1022"/>
                <w:alias w:val="Credit Cards"/>
                <w:tag w:val="q20_what_business_accounts_do_you_have__credit_card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Credit Cards</w:t>
            </w:r>
          </w:p>
          <w:p>
            <w:pPr>
              <w:spacing w:before="40"/>
            </w:pPr>
            <w:sdt>
              <w:sdtPr>
                <w:id w:val="1023"/>
                <w:alias w:val="PayPal"/>
                <w:tag w:val="q20_what_business_accounts_do_you_have__paypal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PayPal</w:t>
            </w:r>
          </w:p>
          <w:p>
            <w:pPr>
              <w:spacing w:before="40"/>
            </w:pPr>
            <w:sdt>
              <w:sdtPr>
                <w:id w:val="1024"/>
                <w:alias w:val="Square"/>
                <w:tag w:val="q20_what_business_accounts_do_you_have__squar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Square</w:t>
            </w:r>
          </w:p>
          <w:p>
            <w:pPr>
              <w:spacing w:before="40"/>
            </w:pPr>
            <w:sdt>
              <w:sdtPr>
                <w:id w:val="1025"/>
                <w:alias w:val="Stripe"/>
                <w:tag w:val="q20_what_business_accounts_do_you_have__strip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Stripe</w:t>
            </w:r>
          </w:p>
          <w:p>
            <w:pPr>
              <w:spacing w:before="40"/>
            </w:pPr>
            <w:sdt>
              <w:sdtPr>
                <w:id w:val="1026"/>
                <w:alias w:val="Bank Loans"/>
                <w:tag w:val="q20_what_business_accounts_do_you_have__bank_loan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Bank Loans</w:t>
            </w:r>
          </w:p>
          <w:p>
            <w:pPr>
              <w:spacing w:before="40"/>
            </w:pPr>
            <w:sdt>
              <w:sdtPr>
                <w:id w:val="1027"/>
                <w:alias w:val="Leases"/>
                <w:tag w:val="q20_what_business_accounts_do_you_have__lease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Leases</w:t>
            </w:r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How do you pay your bills?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spacing w:before="40"/>
            </w:pPr>
            <w:sdt>
              <w:sdtPr>
                <w:id w:val="1028"/>
                <w:alias w:val="Online Bill Pay"/>
                <w:tag w:val="q21_how_do_you_pay_your_bills__online_bill_pay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Online Bill Pay</w:t>
            </w:r>
          </w:p>
          <w:p>
            <w:pPr>
              <w:spacing w:before="40"/>
            </w:pPr>
            <w:sdt>
              <w:sdtPr>
                <w:id w:val="1029"/>
                <w:alias w:val="Credit Card"/>
                <w:tag w:val="q21_how_do_you_pay_your_bills__credit_car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Credit Card</w:t>
            </w:r>
          </w:p>
          <w:p>
            <w:pPr>
              <w:spacing w:before="40"/>
            </w:pPr>
            <w:sdt>
              <w:sdtPr>
                <w:id w:val="1030"/>
                <w:alias w:val="PayPal"/>
                <w:tag w:val="q21_how_do_you_pay_your_bills__paypal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PayPal</w:t>
            </w:r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Do you have Payroll?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1"/>
                <w:alias w:val="Do you have Payroll?"/>
                <w:tag w:val="q22_do_you_have_payroll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Number of employees?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2"/>
                <w:alias w:val="Number of employees?"/>
                <w:tag w:val="q23_number_of_employees"/>
                <w:showingPlcHdr/>
                <w:dropDownList>
                  <w:listItem w:displayText="Choose an item." w:value=""/>
                  <w:listItem w:displayText="0" w:value="0"/>
                  <w:listItem w:displayText="1" w:value="1"/>
                  <w:listItem w:displayText="2" w:value="2"/>
                  <w:listItem w:displayText="3 or more" w:value="3 or more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Do you have inventory?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5860"/>
            </w:pPr>
            <w:sdt>
              <w:sdtPr>
                <w:id w:val="1033"/>
                <w:alias w:val="Do you have inventory?"/>
                <w:tag w:val="q24_do_you_have_inventory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Additional Details / Message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10080"/>
            </w:tblGrid>
            <w:tr>
              <w:trPr>
                <w:trHeight w:val="2200" w:hRule="atLeast"/>
              </w:trPr>
              <w:tc>
                <w:tcPr>
                  <w:tcW w:type="dxa" w:w="10080"/>
                  <w:shd w:val="clear" w:color="auto" w:fill="F2F6F9"/>
                  <w:tcMar>
                    <w:top w:w="80" w:type="dxa"/>
                    <w:left w:w="100" w:type="dxa"/>
                    <w:right w:w="100" w:type="dxa"/>
                  </w:tcMar>
                </w:tcPr>
                <w:p>
                  <w:sdt>
                    <w:sdtPr>
                      <w:id w:val="1034"/>
                      <w:alias w:val="Additional Details / Message"/>
                      <w:tag w:val="q25_additional_details_message"/>
                      <w:showingPlcHdr/>
                      <w:text w:multiLine="1"/>
                    </w:sdtPr>
                    <w:sdtContent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Click here and type</w:t>
                      </w:r>
                    </w:sdtContent>
                  </w:sdt>
                </w:p>
              </w:tc>
            </w:tr>
          </w:tbl>
          <w:p/>
          <w:p>
            <w:pPr>
              <w:spacing w:after="0"/>
            </w:pPr>
          </w:p>
        </w:tc>
      </w:tr>
    </w:tbl>
    <w:p>
      <w:pPr>
        <w:spacing w:before="100"/>
      </w:pPr>
      <w:r>
        <w:rPr>
          <w:b w:val="0"/>
          <w:i w:val="0"/>
          <w:color w:val="555555"/>
          <w:sz w:val="17"/>
        </w:rPr>
        <w:t>Your information is kept confidential and used only to prepare your return.</w:t>
      </w:r>
    </w:p>
    <w:p>
      <w:pPr>
        <w:spacing w:before="280"/>
        <w:pBdr>
          <w:top w:val="single" w:sz="4" w:space="6" w:color="9AA5AE"/>
        </w:pBdr>
      </w:pPr>
      <w:r>
        <w:rPr>
          <w:b/>
          <w:i w:val="0"/>
          <w:color w:val="1F3A4D"/>
          <w:sz w:val="19"/>
        </w:rPr>
        <w:t>When finished, save this file and email it to info@coastmountainaccounting.com.</w:t>
      </w:r>
    </w:p>
    <w:p>
      <w:pPr>
        <w:spacing w:before="40"/>
      </w:pPr>
      <w:r>
        <w:rPr>
          <w:b w:val="0"/>
          <w:i w:val="0"/>
          <w:color w:val="555555"/>
          <w:sz w:val="18"/>
        </w:rPr>
        <w:t>Please do not include your SIN, business or CRA account numbers, or banking details in this file. Call us at 778-887-4664 if we need them.</w:t>
      </w:r>
    </w:p>
    <w:sectPr w:rsidR="00FC693F" w:rsidRPr="0006063C" w:rsidSect="00034616">
      <w:footerReference w:type="default" r:id="rId11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Pemberton, BC  |  778-887-4664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Business Onboarding Questionnaire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